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973"/>
        <w:gridCol w:w="3061"/>
      </w:tblGrid>
      <w:tr>
        <w:tc>
          <w:tcPr>
            <w:tcW w:type="dxa" w:w="515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b/>
                <w:color w:val="4F6B7A"/>
                <w:sz w:val="18"/>
              </w:rPr>
              <w:t>[ INSIRA AQUI A LOGO DO CONSULTÓRIO ]</w:t>
            </w:r>
          </w:p>
          <w:p>
            <w:r>
              <w:rPr>
                <w:b/>
                <w:color w:val="1F2933"/>
                <w:sz w:val="22"/>
              </w:rPr>
              <w:t>[Nome do(a) médico(a)]</w:t>
            </w:r>
          </w:p>
          <w:p>
            <w:r>
              <w:rPr>
                <w:color w:val="666666"/>
                <w:sz w:val="18"/>
              </w:rPr>
              <w:t>[Especialidade]  •  CRM [UF] 000000  •  RQE 00000, quando houver</w:t>
            </w:r>
          </w:p>
          <w:p>
            <w:r>
              <w:rPr>
                <w:color w:val="666666"/>
                <w:sz w:val="17"/>
              </w:rPr>
              <w:t>[Endereço profissional]  •  [Telefone ou e-mail]</w:t>
            </w:r>
          </w:p>
        </w:tc>
        <w:tc>
          <w:tcPr>
            <w:tcW w:type="dxa" w:w="515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1512000" cy="519588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boaconsulta-logo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2000" cy="51958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60"/>
      </w:pPr>
    </w:p>
    <w:p>
      <w:pPr>
        <w:spacing w:after="260"/>
        <w:jc w:val="center"/>
      </w:pPr>
      <w:r>
        <w:rPr>
          <w:b/>
          <w:color w:val="0B4F8A"/>
          <w:sz w:val="32"/>
        </w:rPr>
        <w:t>ATESTADO MÉDICO DE AFASTAMENTO</w:t>
      </w:r>
    </w:p>
    <w:p>
      <w:pPr>
        <w:spacing w:after="160"/>
      </w:pPr>
      <w:r>
        <w:rPr>
          <w:b w:val="0"/>
        </w:rPr>
        <w:t xml:space="preserve">Atesto, para os devidos fins, que o(a) Sr.(a) </w:t>
      </w:r>
      <w:r>
        <w:rPr>
          <w:color w:val="1F2933"/>
        </w:rPr>
        <w:t>_________________________________________________</w:t>
      </w:r>
      <w:r>
        <w:t>,</w:t>
      </w:r>
    </w:p>
    <w:p>
      <w:pPr>
        <w:spacing w:after="160"/>
      </w:pPr>
      <w:r>
        <w:t xml:space="preserve">CPF nº </w:t>
      </w:r>
      <w:r>
        <w:rPr>
          <w:color w:val="1F2933"/>
        </w:rPr>
        <w:t>____________________________</w:t>
      </w:r>
      <w:r>
        <w:t xml:space="preserve">, esteve sob meus cuidados profissionais nesta data e necessita de afastamento de suas atividades por </w:t>
      </w:r>
    </w:p>
    <w:p>
      <w:pPr>
        <w:spacing w:after="160"/>
      </w:pPr>
      <w:r>
        <w:rPr>
          <w:color w:val="1F2933"/>
        </w:rPr>
        <w:t>_______</w:t>
      </w:r>
      <w:r>
        <w:t xml:space="preserve"> (</w:t>
      </w:r>
      <w:r>
        <w:rPr>
          <w:color w:val="1F2933"/>
        </w:rPr>
        <w:t>________________________</w:t>
      </w:r>
      <w:r>
        <w:t xml:space="preserve">) dia(s), a contar de </w:t>
      </w:r>
      <w:r>
        <w:rPr>
          <w:color w:val="1F2933"/>
        </w:rPr>
        <w:t>____________</w:t>
      </w:r>
      <w:r>
        <w:t>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312"/>
            <w:shd w:fill="EAF3F9"/>
            <w:tcMar>
              <w:top w:w="110" w:type="dxa"/>
              <w:start w:w="140" w:type="dxa"/>
              <w:bottom w:w="110" w:type="dxa"/>
              <w:end w:w="140" w:type="dxa"/>
            </w:tcMar>
            <w:tcBorders>
              <w:top w:val="single" w:sz="8" w:color="0B4F8A"/>
              <w:left w:val="single" w:sz="8" w:color="0B4F8A"/>
              <w:bottom w:val="nil"/>
              <w:right w:val="single" w:sz="8" w:color="0B4F8A"/>
            </w:tcBorders>
          </w:tcPr>
          <w:p>
            <w:r>
              <w:rPr>
                <w:b/>
                <w:color w:val="0B4F8A"/>
                <w:sz w:val="19"/>
              </w:rPr>
              <w:t>DIAGNÓSTICO / CID (preencher somente quando autorizado ou legalmente permitido)</w:t>
            </w:r>
          </w:p>
        </w:tc>
      </w:tr>
      <w:tr>
        <w:tc>
          <w:tcPr>
            <w:tcW w:type="dxa" w:w="10312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nil"/>
              <w:left w:val="single" w:sz="8" w:color="0B4F8A"/>
              <w:bottom w:val="single" w:sz="8" w:color="0B4F8A"/>
              <w:right w:val="single" w:sz="8" w:color="0B4F8A"/>
            </w:tcBorders>
          </w:tcPr>
          <w:p>
            <w:pPr>
              <w:spacing w:after="140"/>
            </w:pPr>
            <w:r>
              <w:t xml:space="preserve">Diagnóstico/CID: </w:t>
            </w:r>
            <w:r>
              <w:rPr>
                <w:color w:val="1F2933"/>
              </w:rPr>
              <w:t>_______________________________________________________</w:t>
            </w:r>
          </w:p>
          <w:p>
            <w:r>
              <w:rPr>
                <w:rFonts w:ascii="Arial" w:hAnsi="Arial"/>
                <w:i/>
                <w:sz w:val="17"/>
              </w:rPr>
              <w:t>O diagnóstico, inclusive em código CID, somente deve constar por justa causa, dever legal ou por solicitação do paciente ou de seu representante legal, preservado o sigilo profissional (Resolução CFM nº 2.381/2024, art. 5º, § 3º, e Código de Ética Médica, art. 73).</w:t>
            </w:r>
          </w:p>
        </w:tc>
      </w:tr>
    </w:tbl>
    <w:p>
      <w:pPr>
        <w:spacing w:after="80"/>
      </w:pPr>
    </w:p>
    <w:p>
      <w:pPr>
        <w:spacing w:after="120"/>
      </w:pPr>
      <w:r>
        <w:rPr>
          <w:b/>
          <w:color w:val="0B4F8A"/>
          <w:sz w:val="19"/>
        </w:rPr>
        <w:t>AUTORIZAÇÃO ESCRITA PARA INCLUSÃO DO DIAGNÓSTICO/CID</w:t>
      </w:r>
    </w:p>
    <w:p>
      <w:pPr>
        <w:spacing w:after="100"/>
      </w:pPr>
      <w:r>
        <w:rPr>
          <w:rFonts w:ascii="Arial" w:hAnsi="Arial"/>
          <w:sz w:val="22"/>
        </w:rPr>
        <w:t>Eu, ______________________________________, CPF nº ______________________,</w:t>
      </w:r>
    </w:p>
    <w:p>
      <w:pPr>
        <w:spacing w:after="140"/>
      </w:pPr>
      <w:r>
        <w:rPr>
          <w:rFonts w:ascii="Arial" w:hAnsi="Arial"/>
          <w:sz w:val="22"/>
        </w:rPr>
        <w:t>declaro que:  (   ) solicito e autorizo a inclusão do diagnóstico/CID neste atestado;  (   ) não autorizo.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5156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start w:w="80" w:type="dxa"/>
              <w:bottom w:w="40" w:type="dxa"/>
              <w:end w:w="80" w:type="dxa"/>
            </w:tcMar>
          </w:tcPr>
          <w:p>
            <w:pPr>
              <w:jc w:val="center"/>
            </w:pPr>
            <w:r>
              <w:t>__________________________________</w:t>
            </w:r>
          </w:p>
          <w:p>
            <w:pPr>
              <w:jc w:val="center"/>
            </w:pPr>
            <w:r>
              <w:rPr>
                <w:color w:val="666666"/>
                <w:sz w:val="16"/>
              </w:rPr>
              <w:t>Assinatura do paciente ou representante legal</w:t>
            </w:r>
          </w:p>
        </w:tc>
        <w:tc>
          <w:tcPr>
            <w:tcW w:type="dxa" w:w="5156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start w:w="80" w:type="dxa"/>
              <w:bottom w:w="40" w:type="dxa"/>
              <w:end w:w="80" w:type="dxa"/>
            </w:tcMar>
          </w:tcPr>
          <w:p>
            <w:pPr>
              <w:jc w:val="center"/>
            </w:pPr>
            <w:r>
              <w:t>Data: ____/____/________</w:t>
            </w:r>
          </w:p>
        </w:tc>
      </w:tr>
    </w:tbl>
    <w:p>
      <w:pPr>
        <w:spacing w:after="100"/>
      </w:pPr>
    </w:p>
    <w:p>
      <w:pPr>
        <w:spacing w:after="360"/>
        <w:jc w:val="right"/>
      </w:pPr>
      <w:r>
        <w:t>[Cidade], _____ de __________________________ de 20____.</w:t>
      </w:r>
    </w:p>
    <w:p>
      <w:pPr>
        <w:jc w:val="center"/>
      </w:pPr>
      <w:r>
        <w:t>____________________________________________________</w:t>
      </w:r>
    </w:p>
    <w:p>
      <w:pPr>
        <w:spacing w:after="40"/>
        <w:jc w:val="center"/>
      </w:pPr>
      <w:r>
        <w:rPr>
          <w:color w:val="666666"/>
          <w:sz w:val="17"/>
        </w:rPr>
        <w:t>Assinatura e carimbo do(a) médico(a), ou assinatura com CRM/UF</w:t>
      </w:r>
    </w:p>
    <w:p>
      <w:pPr>
        <w:jc w:val="center"/>
      </w:pPr>
      <w:r>
        <w:rPr>
          <w:color w:val="666666"/>
          <w:sz w:val="17"/>
        </w:rPr>
        <w:t>[Nome do(a) médico(a)]  •  CRM [UF] 000000  •  RQE 00000, quando houver</w:t>
      </w:r>
    </w:p>
    <w:sectPr w:rsidR="00FC693F" w:rsidRPr="0006063C" w:rsidSect="00034616">
      <w:footerReference w:type="default" r:id="rId10"/>
      <w:pgSz w:w="12240" w:h="15840"/>
      <w:pgMar w:top="765" w:right="964" w:bottom="709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7540"/>
      <w:gridCol w:w="2721"/>
    </w:tblGrid>
    <w:tr>
      <w:tc>
        <w:tcPr>
          <w:tcW w:type="dxa" w:w="5131"/>
          <w:tcBorders>
            <w:top w:val="single" w:sz="5" w:color="B9CDD9"/>
            <w:left w:val="nil"/>
            <w:bottom w:val="nil"/>
            <w:right w:val="nil"/>
          </w:tcBorders>
          <w:tcMar>
            <w:top w:w="80" w:type="dxa"/>
            <w:start w:w="0" w:type="dxa"/>
            <w:bottom w:w="0" w:type="dxa"/>
            <w:end w:w="0" w:type="dxa"/>
          </w:tcMar>
        </w:tcPr>
        <w:p>
          <w:r>
            <w:rPr>
              <w:color w:val="666666"/>
              <w:sz w:val="14"/>
            </w:rPr>
            <w:t>Modelo editável disponibilizado pelo BoaConsulta. O preenchimento, a emissão e a adequação ao caso concreto são de responsabilidade do médico emissor.</w:t>
          </w:r>
        </w:p>
      </w:tc>
      <w:tc>
        <w:tcPr>
          <w:tcW w:type="dxa" w:w="5131"/>
          <w:tcBorders>
            <w:top w:val="single" w:sz="5" w:color="B9CDD9"/>
            <w:left w:val="nil"/>
            <w:bottom w:val="nil"/>
            <w:right w:val="nil"/>
          </w:tcBorders>
          <w:tcMar>
            <w:top w:w="80" w:type="dxa"/>
            <w:start w:w="0" w:type="dxa"/>
            <w:bottom w:w="0" w:type="dxa"/>
            <w:end w:w="0" w:type="dxa"/>
          </w:tcMar>
        </w:tcPr>
        <w:p>
          <w:pPr>
            <w:jc w:val="right"/>
          </w:pPr>
          <w:r>
            <w:rPr>
              <w:b/>
              <w:color w:val="0B4F8A"/>
              <w:sz w:val="15"/>
            </w:rPr>
            <w:t>boaconsulta.com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59" w:lineRule="auto"/>
    </w:pPr>
    <w:rPr>
      <w:rFonts w:ascii="Arial" w:hAnsi="Arial" w:eastAsia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Atestado Médico de Afastamento</dc:title>
  <dc:subject>Template editável BoaConsulta</dc:subject>
  <dc:creator>BoaConsulta</dc:creator>
  <cp:keywords>atestado médico, modelo, BoaConsulta, CFM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